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Как заделать трещины на стене: справится даже одна женщина</w:t>
      </w:r>
    </w:p>
    <w:p>
      <w:r>
        <w:t>Иногда кажется, что стены — как нервы: не выдерживают и трескаются. Но хорошая новость в том, что это можно исправить. Не нужен ни муж, ни мастер, ни бригада «работяг». Всё можно сделать своими руками — аккуратно, спокойно и без суеты.</w:t>
      </w:r>
    </w:p>
    <w:p>
      <w:r>
        <w:t>Что пригодится:</w:t>
      </w:r>
    </w:p>
    <w:p>
      <w:r>
        <w:t>- Шпатель — лучше два (один пошире, другой поуже)</w:t>
      </w:r>
    </w:p>
    <w:p>
      <w:r>
        <w:t>- Грунтовка (та, что глубокого проникновения — на ней даже название обнадёживает)</w:t>
      </w:r>
    </w:p>
    <w:p>
      <w:r>
        <w:t>- Шпаклёвка (универсальная подойдёт)</w:t>
      </w:r>
    </w:p>
    <w:p>
      <w:r>
        <w:t>- Сетка-серпянка — если трещина крупная</w:t>
      </w:r>
    </w:p>
    <w:p>
      <w:r>
        <w:t>- Наждачка (не грубая — 120–180)</w:t>
      </w:r>
    </w:p>
    <w:p>
      <w:r>
        <w:t>- Валик или кисточка</w:t>
      </w:r>
    </w:p>
    <w:p>
      <w:r>
        <w:t>- Немного терпения и желание навести красоту</w:t>
      </w:r>
    </w:p>
    <w:p>
      <w:r>
        <w:t>Шаг 1. Посмотри на трещину без паники</w:t>
      </w:r>
    </w:p>
    <w:p>
      <w:r>
        <w:t>Если она совсем тоненькая — просто заделай. Если потолще или идёт по старому шву — придётся укрепить.</w:t>
      </w:r>
    </w:p>
    <w:p>
      <w:r>
        <w:t>Важно: иногда трещины — не про стены, а про дом. Если идёт по диагонали или постоянно увеличивается — лучше всё же спросить совета.</w:t>
      </w:r>
    </w:p>
    <w:p>
      <w:r>
        <w:t>Шаг 2. Готовим</w:t>
      </w:r>
    </w:p>
    <w:p>
      <w:r>
        <w:t>- Осторожно раскрой трещину ножом или шпателем (чуть-чуть, 3–5 мм глубины).</w:t>
      </w:r>
    </w:p>
    <w:p>
      <w:r>
        <w:t>- Удали всю пыль (можно кисточкой или пылесосом).</w:t>
      </w:r>
    </w:p>
    <w:p>
      <w:r>
        <w:t>- Прогрунтуй. Пусть высохнет — не спеши.</w:t>
      </w:r>
    </w:p>
    <w:p>
      <w:r>
        <w:t>Шаг 3. Подстрахуемся</w:t>
      </w:r>
    </w:p>
    <w:p>
      <w:r>
        <w:t>Для надёжности на крупную трещину наклей серпянку. Это как пластырь — держит «раны» крепко.</w:t>
      </w:r>
    </w:p>
    <w:p>
      <w:r>
        <w:t>Шаг 4. Шпаклюем</w:t>
      </w:r>
    </w:p>
    <w:p>
      <w:r>
        <w:t>- Первый слой — аккуратно, не слишком толстый.</w:t>
      </w:r>
    </w:p>
    <w:p>
      <w:r>
        <w:t>- Дай высохнуть (вечером сделала — к утру готово).</w:t>
      </w:r>
    </w:p>
    <w:p>
      <w:r>
        <w:t>- Если нужно — второй слой.</w:t>
      </w:r>
    </w:p>
    <w:p>
      <w:r>
        <w:t>Совет от женщины женщине: Не старайся выровнять до идеала — идеал в душе, а тут главное, чтоб не отваливалось.</w:t>
      </w:r>
    </w:p>
    <w:p>
      <w:r>
        <w:t>Шаг 5. Шлифуем и любуемся</w:t>
      </w:r>
    </w:p>
    <w:p>
      <w:r>
        <w:t>- Высохло? Прошлась наждачкой — всё гладко.</w:t>
      </w:r>
    </w:p>
    <w:p>
      <w:r>
        <w:t>- Можно снова грунтовать и красить.</w:t>
      </w:r>
    </w:p>
    <w:p>
      <w:r>
        <w:t>И запомни</w:t>
      </w:r>
    </w:p>
    <w:p>
      <w:r>
        <w:t>Ты не просто замазала трещину — ты справилась. Сама. Без суеты, без помощи, без «ой, это сложно». В этом — сила. А стены теперь крепче и красивее. Как и ты.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