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Продающий текст: Кроссовки со скидкой в честь открытия магазина</w:t>
      </w:r>
    </w:p>
    <w:p>
      <w:r>
        <w:t>🎉 ОТКРЫТИЕ! Онлайн-магазин брендовых кроссовок с бешеными скидками! 🎉</w:t>
        <w:br/>
        <w:br/>
        <w:t>Вы ждали повод — вот он!</w:t>
        <w:br/>
        <w:t>Наш интернет-магазин официально открылся, и мы делаем это громко: с мощной распродажей на самые 🔥 модели кроссовок от топовых брендов!</w:t>
        <w:br/>
        <w:br/>
        <w:t>🧨 Скидки до –60% на Nike, Adidas, Puma, New Balance и не только!</w:t>
        <w:br/>
        <w:t>Да, вы не ослышались. Здесь нет завышенных цен, странных «акций» и серого товара. Только оригиналы — только честные предложения.</w:t>
      </w:r>
    </w:p>
    <w:p>
      <w:pPr>
        <w:pStyle w:val="Heading2"/>
      </w:pPr>
      <w:r>
        <w:t>Почему уже сейчас стоит заглянуть к нам?</w:t>
      </w:r>
    </w:p>
    <w:p>
      <w:r>
        <w:t>✅ Огромный выбор моделей — от повседневных до лимитированных серий</w:t>
        <w:br/>
        <w:t>✅ Все размеры в наличии — для мужчин, женщин и подростков</w:t>
        <w:br/>
        <w:t>✅ Гарантированная подлинность — только официальные поставки</w:t>
        <w:br/>
        <w:t>✅ Бесплатная доставка по всей стране — никаких скрытых платежей</w:t>
        <w:br/>
        <w:t>✅ Служба заботы — поможем с выбором, проконсультируем в чате</w:t>
      </w:r>
    </w:p>
    <w:p>
      <w:pPr>
        <w:pStyle w:val="Heading2"/>
      </w:pPr>
      <w:r>
        <w:t>Что в наличии прямо сейчас?</w:t>
      </w:r>
    </w:p>
    <w:p>
      <w:r>
        <w:t>- Культовые Nike Air Force и Jordan</w:t>
        <w:br/>
        <w:t>- Стильные New Balance 574</w:t>
        <w:br/>
        <w:t>- Повседневные Adidas Ozweego</w:t>
        <w:br/>
        <w:t>- Кроссовки для спорта, прогулок, города и образа</w:t>
        <w:br/>
        <w:br/>
        <w:t>Количество пар ограничено — как и время акции ⏳</w:t>
        <w:br/>
        <w:t>Поэтому сейчас — самое время обновить обувной гардероб и сэкономить по максимуму.</w:t>
      </w:r>
    </w:p>
    <w:p>
      <w:r>
        <w:t>💬 Хочешь примерить перед заказом?</w:t>
        <w:br/>
        <w:t>Оформи заказ с оплатой при получении. Не подошли — вернёшь бесплатно. Всё просто.</w:t>
      </w:r>
    </w:p>
    <w:p>
      <w:r>
        <w:t>📲 Переходи в каталог и выбирай свою пару — пока нужный размер ещё в наличии: [ссылка]</w:t>
      </w:r>
    </w:p>
    <w:p>
      <w:r>
        <w:t>💥 Старт магазина — это не просто распродажа. Это твой шанс получить брендовые кроссы за полцены.</w:t>
        <w:br/>
        <w:br/>
        <w:t>Двигайся в своём ритме. Стильно. Удобно. Выгодно.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