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СЛУЖБОВИЙ ЛИСТ</w:t>
      </w:r>
    </w:p>
    <w:p>
      <w:r>
        <w:t>Кому: Директору підприємства</w:t>
        <w:br/>
        <w:t>Від: Івана Чаплюка</w:t>
        <w:br/>
        <w:br/>
      </w:r>
    </w:p>
    <w:p>
      <w:r>
        <w:t>Повідомляю, що даний документ є зразком оформлення службового листа. Текст структурований, дотримано офіційно-ділового стилю, вирівнювання, абзаци та міжрядкові інтервали.</w:t>
        <w:br/>
        <w:br/>
        <w:t>Документ може використовуватися як приклад для портфоліо у сфері оформлення та редагування документів у Word.</w:t>
      </w:r>
    </w:p>
    <w:p>
      <w:r>
        <w:br/>
        <w:t>Дата: ____________        Підпис: 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