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TravelPoint — горячие туры</w:t>
      </w:r>
    </w:p>
    <w:p>
      <w:r>
        <w:t>TravelPoint предлагает горящие туры в Грецию и Италию от 299€. Забронируй до пятницы — апгрейд номера бесплатно. Путешествуй красиво и экономно, открывай новые города без лишних забот.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